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28"/>
        </w:rPr>
        <w:t>АКТ ПРИЁМА-ПЕРЕДАЧИ АВТОМОБИЛЯ</w:t>
      </w:r>
    </w:p>
    <w:p>
      <w:pPr>
        <w:spacing w:after="80"/>
      </w:pPr>
      <w:r>
        <w:rPr>
          <w:b w:val="0"/>
          <w:color w:val="444444"/>
          <w:sz w:val="16"/>
        </w:rPr>
        <w:t>приёмо-сдаточный акт к заказ-наряду № ________ (п. 12 Правил)</w:t>
      </w:r>
    </w:p>
    <w:p>
      <w:pPr>
        <w:spacing w:after="20" w:before="80"/>
      </w:pPr>
      <w:r>
        <w:rPr>
          <w:b/>
          <w:sz w:val="17"/>
        </w:rPr>
        <w:t>КОМПЛЕКТНОСТЬ ПРИ ПРИЁМКЕ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5"/>
        <w:gridCol w:w="3515"/>
        <w:gridCol w:w="3515"/>
      </w:tblGrid>
      <w:tr>
        <w:tc>
          <w:tcPr>
            <w:tcW w:type="dxa" w:w="3515"/>
          </w:tcPr>
          <w:p>
            <w:r>
              <w:t>☐ Ключи, шт.: ____</w:t>
            </w:r>
          </w:p>
        </w:tc>
        <w:tc>
          <w:tcPr>
            <w:tcW w:type="dxa" w:w="3515"/>
          </w:tcPr>
          <w:p>
            <w:r>
              <w:t>☐ Брелок / метка иммобилайзера</w:t>
            </w:r>
          </w:p>
        </w:tc>
        <w:tc>
          <w:tcPr>
            <w:tcW w:type="dxa" w:w="3515"/>
          </w:tcPr>
          <w:p>
            <w:r>
              <w:t>☐ СТС</w:t>
            </w:r>
          </w:p>
        </w:tc>
      </w:tr>
      <w:tr>
        <w:tc>
          <w:tcPr>
            <w:tcW w:type="dxa" w:w="3515"/>
          </w:tcPr>
          <w:p>
            <w:r>
              <w:t>☐ Запасное колесо / докатка</w:t>
            </w:r>
          </w:p>
        </w:tc>
        <w:tc>
          <w:tcPr>
            <w:tcW w:type="dxa" w:w="3515"/>
          </w:tcPr>
          <w:p>
            <w:r>
              <w:t>☐ Домкрат, баллонный ключ</w:t>
            </w:r>
          </w:p>
        </w:tc>
        <w:tc>
          <w:tcPr>
            <w:tcW w:type="dxa" w:w="3515"/>
          </w:tcPr>
          <w:p>
            <w:r>
              <w:t>☐ Секретки колёс</w:t>
            </w:r>
          </w:p>
        </w:tc>
      </w:tr>
      <w:tr>
        <w:tc>
          <w:tcPr>
            <w:tcW w:type="dxa" w:w="3515"/>
          </w:tcPr>
          <w:p>
            <w:r>
              <w:t>☐ Аптечка</w:t>
            </w:r>
          </w:p>
        </w:tc>
        <w:tc>
          <w:tcPr>
            <w:tcW w:type="dxa" w:w="3515"/>
          </w:tcPr>
          <w:p>
            <w:r>
              <w:t>☐ Огнетушитель</w:t>
            </w:r>
          </w:p>
        </w:tc>
        <w:tc>
          <w:tcPr>
            <w:tcW w:type="dxa" w:w="3515"/>
          </w:tcPr>
          <w:p>
            <w:r>
              <w:t>☐ Знак аварийной остановки</w:t>
            </w:r>
          </w:p>
        </w:tc>
      </w:tr>
      <w:tr>
        <w:tc>
          <w:tcPr>
            <w:tcW w:type="dxa" w:w="3515"/>
          </w:tcPr>
          <w:p>
            <w:r>
              <w:t>☐ Коврики, шт.: ____</w:t>
            </w:r>
          </w:p>
        </w:tc>
        <w:tc>
          <w:tcPr>
            <w:tcW w:type="dxa" w:w="3515"/>
          </w:tcPr>
          <w:p>
            <w:r>
              <w:t>☐ Магнитола / головное устройство</w:t>
            </w:r>
          </w:p>
        </w:tc>
        <w:tc>
          <w:tcPr>
            <w:tcW w:type="dxa" w:w="3515"/>
          </w:tcPr>
          <w:p>
            <w:r>
              <w:t>☐ Видеорегистратор</w:t>
            </w:r>
          </w:p>
        </w:tc>
      </w:tr>
      <w:tr>
        <w:tc>
          <w:tcPr>
            <w:tcW w:type="dxa" w:w="3515"/>
          </w:tcPr>
          <w:p>
            <w:r>
              <w:t>☐ Колпаки, шт.: ____</w:t>
            </w:r>
          </w:p>
        </w:tc>
        <w:tc>
          <w:tcPr>
            <w:tcW w:type="dxa" w:w="3515"/>
          </w:tcPr>
          <w:p>
            <w:r>
              <w:t>☐ Антенна</w:t>
            </w:r>
          </w:p>
        </w:tc>
        <w:tc>
          <w:tcPr>
            <w:tcW w:type="dxa" w:w="3515"/>
          </w:tcPr>
          <w:p>
            <w:r>
              <w:t>Топливо: ☐ ¼ ☐ ½ ☐ ¾ ☐ полн.</w:t>
            </w:r>
          </w:p>
        </w:tc>
      </w:tr>
    </w:tbl>
    <w:p>
      <w:pPr>
        <w:spacing w:after="40" w:before="80"/>
      </w:pPr>
      <w:r>
        <w:rPr>
          <w:b w:val="0"/>
          <w:sz w:val="18"/>
        </w:rPr>
        <w:t>Пробег при приёмке, км: ______________   Прочее: ______________________________________</w:t>
      </w:r>
    </w:p>
    <w:p>
      <w:pPr>
        <w:spacing w:after="20" w:before="80"/>
      </w:pPr>
      <w:r>
        <w:rPr>
          <w:b/>
          <w:sz w:val="17"/>
        </w:rPr>
        <w:t>ВИДИМЫЕ НАРУЖНЫЕ ПОВРЕЖДЕНИЯ И ДЕФЕКТЫ</w:t>
      </w:r>
    </w:p>
    <w:p>
      <w:pPr>
        <w:spacing w:after="20"/>
      </w:pPr>
      <w:r>
        <w:rPr>
          <w:b w:val="0"/>
          <w:color w:val="444444"/>
          <w:sz w:val="15"/>
        </w:rPr>
        <w:t>Ц — царапина, В — вмятина, С — скол, Т — трещина, К — коррозия. Укажите место (перед / зад / лево / право, деталь) и размер.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6"/>
        <w:gridCol w:w="2636"/>
        <w:gridCol w:w="2636"/>
        <w:gridCol w:w="2636"/>
      </w:tblGrid>
      <w:tr>
        <w:trPr>
          <w:trHeight w:val="295"/>
        </w:trPr>
        <w:tc>
          <w:tcPr>
            <w:tcW w:type="dxa" w:w="454"/>
            <w:shd w:val="clear" w:color="auto" w:fill="EFEFEF"/>
          </w:tcPr>
          <w:p>
            <w:r/>
            <w:r>
              <w:rPr>
                <w:b/>
                <w:sz w:val="15"/>
              </w:rPr>
              <w:t>№</w:t>
            </w:r>
          </w:p>
        </w:tc>
        <w:tc>
          <w:tcPr>
            <w:tcW w:type="dxa" w:w="3969"/>
            <w:shd w:val="clear" w:color="auto" w:fill="EFEFEF"/>
          </w:tcPr>
          <w:p>
            <w:r/>
            <w:r>
              <w:rPr>
                <w:b/>
                <w:sz w:val="15"/>
              </w:rPr>
              <w:t>Деталь и место</w:t>
            </w:r>
          </w:p>
        </w:tc>
        <w:tc>
          <w:tcPr>
            <w:tcW w:type="dxa" w:w="2835"/>
            <w:shd w:val="clear" w:color="auto" w:fill="EFEFEF"/>
          </w:tcPr>
          <w:p>
            <w:r/>
            <w:r>
              <w:rPr>
                <w:b/>
                <w:sz w:val="15"/>
              </w:rPr>
              <w:t>Повреждение</w:t>
            </w:r>
          </w:p>
        </w:tc>
        <w:tc>
          <w:tcPr>
            <w:tcW w:type="dxa" w:w="3061"/>
            <w:shd w:val="clear" w:color="auto" w:fill="EFEFEF"/>
          </w:tcPr>
          <w:p>
            <w:r/>
            <w:r>
              <w:rPr>
                <w:b/>
                <w:sz w:val="15"/>
              </w:rPr>
              <w:t>Размер / примечание</w:t>
            </w:r>
          </w:p>
        </w:tc>
      </w:tr>
      <w:tr>
        <w:trPr>
          <w:trHeight w:val="295"/>
        </w:trPr>
        <w:tc>
          <w:tcPr>
            <w:tcW w:type="dxa" w:w="454"/>
          </w:tcPr>
          <w:p>
            <w:r>
              <w:t>1</w:t>
            </w:r>
          </w:p>
        </w:tc>
        <w:tc>
          <w:tcPr>
            <w:tcW w:type="dxa" w:w="3969"/>
          </w:tcPr>
          <w:p/>
        </w:tc>
        <w:tc>
          <w:tcPr>
            <w:tcW w:type="dxa" w:w="2835"/>
          </w:tcPr>
          <w:p/>
        </w:tc>
        <w:tc>
          <w:tcPr>
            <w:tcW w:type="dxa" w:w="3061"/>
          </w:tcPr>
          <w:p/>
        </w:tc>
      </w:tr>
      <w:tr>
        <w:trPr>
          <w:trHeight w:val="295"/>
        </w:trPr>
        <w:tc>
          <w:tcPr>
            <w:tcW w:type="dxa" w:w="454"/>
          </w:tcPr>
          <w:p>
            <w:r>
              <w:t>2</w:t>
            </w:r>
          </w:p>
        </w:tc>
        <w:tc>
          <w:tcPr>
            <w:tcW w:type="dxa" w:w="3969"/>
          </w:tcPr>
          <w:p/>
        </w:tc>
        <w:tc>
          <w:tcPr>
            <w:tcW w:type="dxa" w:w="2835"/>
          </w:tcPr>
          <w:p/>
        </w:tc>
        <w:tc>
          <w:tcPr>
            <w:tcW w:type="dxa" w:w="3061"/>
          </w:tcPr>
          <w:p/>
        </w:tc>
      </w:tr>
      <w:tr>
        <w:trPr>
          <w:trHeight w:val="295"/>
        </w:trPr>
        <w:tc>
          <w:tcPr>
            <w:tcW w:type="dxa" w:w="454"/>
          </w:tcPr>
          <w:p>
            <w:r>
              <w:t>3</w:t>
            </w:r>
          </w:p>
        </w:tc>
        <w:tc>
          <w:tcPr>
            <w:tcW w:type="dxa" w:w="3969"/>
          </w:tcPr>
          <w:p/>
        </w:tc>
        <w:tc>
          <w:tcPr>
            <w:tcW w:type="dxa" w:w="2835"/>
          </w:tcPr>
          <w:p/>
        </w:tc>
        <w:tc>
          <w:tcPr>
            <w:tcW w:type="dxa" w:w="3061"/>
          </w:tcPr>
          <w:p/>
        </w:tc>
      </w:tr>
      <w:tr>
        <w:trPr>
          <w:trHeight w:val="295"/>
        </w:trPr>
        <w:tc>
          <w:tcPr>
            <w:tcW w:type="dxa" w:w="454"/>
          </w:tcPr>
          <w:p>
            <w:r>
              <w:t>4</w:t>
            </w:r>
          </w:p>
        </w:tc>
        <w:tc>
          <w:tcPr>
            <w:tcW w:type="dxa" w:w="3969"/>
          </w:tcPr>
          <w:p/>
        </w:tc>
        <w:tc>
          <w:tcPr>
            <w:tcW w:type="dxa" w:w="2835"/>
          </w:tcPr>
          <w:p/>
        </w:tc>
        <w:tc>
          <w:tcPr>
            <w:tcW w:type="dxa" w:w="3061"/>
          </w:tcPr>
          <w:p/>
        </w:tc>
      </w:tr>
      <w:tr>
        <w:trPr>
          <w:trHeight w:val="295"/>
        </w:trPr>
        <w:tc>
          <w:tcPr>
            <w:tcW w:type="dxa" w:w="454"/>
          </w:tcPr>
          <w:p>
            <w:r>
              <w:t>5</w:t>
            </w:r>
          </w:p>
        </w:tc>
        <w:tc>
          <w:tcPr>
            <w:tcW w:type="dxa" w:w="3969"/>
          </w:tcPr>
          <w:p/>
        </w:tc>
        <w:tc>
          <w:tcPr>
            <w:tcW w:type="dxa" w:w="2835"/>
          </w:tcPr>
          <w:p/>
        </w:tc>
        <w:tc>
          <w:tcPr>
            <w:tcW w:type="dxa" w:w="3061"/>
          </w:tcPr>
          <w:p/>
        </w:tc>
      </w:tr>
      <w:tr>
        <w:trPr>
          <w:trHeight w:val="295"/>
        </w:trPr>
        <w:tc>
          <w:tcPr>
            <w:tcW w:type="dxa" w:w="454"/>
          </w:tcPr>
          <w:p>
            <w:r>
              <w:t>6</w:t>
            </w:r>
          </w:p>
        </w:tc>
        <w:tc>
          <w:tcPr>
            <w:tcW w:type="dxa" w:w="3969"/>
          </w:tcPr>
          <w:p/>
        </w:tc>
        <w:tc>
          <w:tcPr>
            <w:tcW w:type="dxa" w:w="2835"/>
          </w:tcPr>
          <w:p/>
        </w:tc>
        <w:tc>
          <w:tcPr>
            <w:tcW w:type="dxa" w:w="3061"/>
          </w:tcPr>
          <w:p/>
        </w:tc>
      </w:tr>
    </w:tbl>
    <w:p>
      <w:pPr>
        <w:spacing w:after="40" w:before="80"/>
      </w:pPr>
      <w:r>
        <w:rPr>
          <w:b w:val="0"/>
          <w:sz w:val="18"/>
        </w:rPr>
        <w:t>☐ Сделаны фото при приёмке, шт.: ____     ☐ Повреждений нет</w:t>
      </w:r>
    </w:p>
    <w:p>
      <w:pPr>
        <w:spacing w:after="20"/>
      </w:pPr>
      <w:r>
        <w:rPr>
          <w:b w:val="0"/>
          <w:sz w:val="18"/>
        </w:rPr>
        <w:t>Вещи в салоне и багажнике: ______________________________________________________________</w:t>
      </w:r>
    </w:p>
    <w:p>
      <w:pPr>
        <w:spacing w:after="40" w:before="120"/>
      </w:pPr>
      <w:r>
        <w:rPr>
          <w:b w:val="0"/>
          <w:sz w:val="18"/>
        </w:rPr>
        <w:t>Автомобиль сдал (заказчик): ________________________________   Подпись: ____________</w:t>
      </w:r>
    </w:p>
    <w:p>
      <w:pPr>
        <w:spacing w:after="160"/>
      </w:pPr>
      <w:r>
        <w:rPr>
          <w:b w:val="0"/>
          <w:sz w:val="18"/>
        </w:rPr>
        <w:t>Автомобиль принял (должность, ФИО): ________________________________   Подпись: ____________   М.П. (при наличии)</w:t>
      </w:r>
    </w:p>
    <w:p>
      <w:pPr>
        <w:spacing w:after="20" w:before="80"/>
      </w:pPr>
      <w:r>
        <w:rPr>
          <w:b/>
          <w:sz w:val="17"/>
        </w:rPr>
        <w:t>ВЫДАЧА АВТОМОБИЛЯ</w:t>
      </w:r>
    </w:p>
    <w:p>
      <w:pPr>
        <w:spacing w:after="20"/>
      </w:pPr>
      <w:r>
        <w:rPr>
          <w:b w:val="0"/>
          <w:color w:val="444444"/>
          <w:sz w:val="15"/>
        </w:rPr>
        <w:t>Перед выдачей исполнитель проверил полноту и качество работ, комплектность и сохранность товарного вида (п. 24). Заказчик проверил комплектность, техническое состояние, объём и качество работ (п. 25); замечания записываются ниже.</w:t>
      </w:r>
    </w:p>
    <w:p>
      <w:pPr>
        <w:spacing w:after="20"/>
      </w:pPr>
      <w:r>
        <w:rPr>
          <w:b w:val="0"/>
          <w:sz w:val="18"/>
        </w:rPr>
        <w:t>Замечания заказчика: ___________________________________________________________________________</w:t>
      </w:r>
    </w:p>
    <w:p>
      <w:pPr>
        <w:spacing w:after="20"/>
      </w:pPr>
      <w:r>
        <w:rPr>
          <w:b w:val="0"/>
          <w:sz w:val="18"/>
        </w:rPr>
        <w:t>_____________________________________________________________________________________________</w:t>
      </w:r>
    </w:p>
    <w:p>
      <w:pPr>
        <w:spacing w:after="20"/>
      </w:pPr>
      <w:r>
        <w:rPr>
          <w:b w:val="0"/>
          <w:sz w:val="18"/>
        </w:rPr>
        <w:t>☐ Претензий к объёму, качеству и комплектности нет   ☐ Есть замечания (см. выше)   ☐ Снятые запчасти получены</w:t>
      </w:r>
    </w:p>
    <w:p>
      <w:pPr>
        <w:spacing w:after="20"/>
      </w:pPr>
      <w:r>
        <w:rPr>
          <w:b w:val="0"/>
          <w:sz w:val="18"/>
        </w:rPr>
        <w:t>Дата и время выдачи: ________________   Пробег при выдаче, км: __________   Оплачено, ₽: __________</w:t>
      </w:r>
    </w:p>
    <w:p>
      <w:pPr>
        <w:spacing w:after="40" w:before="120"/>
      </w:pPr>
      <w:r>
        <w:rPr>
          <w:b w:val="0"/>
          <w:sz w:val="18"/>
        </w:rPr>
        <w:t>Автомобиль выдал (должность, ФИО): ________________________________   Подпись: ____________</w:t>
      </w:r>
    </w:p>
    <w:p>
      <w:pPr>
        <w:spacing w:after="160"/>
      </w:pPr>
      <w:r>
        <w:rPr>
          <w:b w:val="0"/>
          <w:sz w:val="18"/>
        </w:rPr>
        <w:t>Автомобиль получил (заказчик): ________________________________   Подпись: ____________</w:t>
      </w:r>
    </w:p>
    <w:p>
      <w:pPr>
        <w:spacing w:after="20"/>
      </w:pPr>
      <w:r>
        <w:rPr>
          <w:b w:val="0"/>
          <w:color w:val="555555"/>
          <w:sz w:val="14"/>
        </w:rPr>
        <w:t>Акт составляется одновременно с договором, подписывается обеими сторонами и заверяется печатью исполнителя (при наличии) — п. 12 Правил (ПП РФ от 29.05.2025 № 780). Выдача автомобиля — пп. 23–25. Заказ-наряды в программе: bstcrm.ru</w:t>
      </w:r>
    </w:p>
    <w:sectPr w:rsidR="00FC693F" w:rsidRPr="0006063C" w:rsidSect="00034616">
      <w:pgSz w:w="11906" w:h="16838"/>
      <w:pgMar w:top="567" w:right="680" w:bottom="567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автомобиля в ремонт</dc:title>
  <dc:subject/>
  <dc:creator>BSTCRM — bstcrm.ru</dc:creator>
  <cp:keywords/>
  <dc:description>Бесплатный бланк: https://bstcrm.ru/akt-priema-peredachi-avtomobilya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